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48F6" w14:textId="77777777" w:rsidR="00B50947" w:rsidRDefault="00000000">
      <w:pPr>
        <w:spacing w:after="40"/>
        <w:jc w:val="center"/>
      </w:pPr>
      <w:r>
        <w:rPr>
          <w:b/>
          <w:sz w:val="28"/>
        </w:rPr>
        <w:t>[KOP SURAT SEKOLAH]</w:t>
      </w:r>
    </w:p>
    <w:p w14:paraId="5C89F1C9" w14:textId="77777777" w:rsidR="00B50947" w:rsidRDefault="00000000">
      <w:pPr>
        <w:spacing w:after="60"/>
        <w:jc w:val="center"/>
      </w:pPr>
      <w:r>
        <w:rPr>
          <w:sz w:val="16"/>
        </w:rPr>
        <w:t>________________________________________________________________________________</w:t>
      </w:r>
    </w:p>
    <w:p w14:paraId="330DA5DB" w14:textId="42D1E5D6" w:rsidR="00B50947" w:rsidRDefault="00000000">
      <w:pPr>
        <w:spacing w:after="20"/>
        <w:jc w:val="center"/>
      </w:pPr>
      <w:r>
        <w:rPr>
          <w:b/>
          <w:sz w:val="24"/>
        </w:rPr>
        <w:t>SURAT</w:t>
      </w:r>
      <w:r w:rsidR="006E51C7">
        <w:rPr>
          <w:b/>
          <w:sz w:val="24"/>
        </w:rPr>
        <w:t xml:space="preserve"> PENUGASAN MENGIKUTI LOMBA</w:t>
      </w:r>
    </w:p>
    <w:p w14:paraId="2DA0835F" w14:textId="77777777" w:rsidR="00B50947" w:rsidRDefault="00000000">
      <w:pPr>
        <w:spacing w:after="160"/>
        <w:jc w:val="center"/>
      </w:pPr>
      <w:r>
        <w:t>Nomor: ........................................................</w:t>
      </w:r>
    </w:p>
    <w:p w14:paraId="308EDB1A" w14:textId="77777777" w:rsidR="006E51C7" w:rsidRDefault="006E51C7">
      <w:pPr>
        <w:spacing w:after="100"/>
        <w:ind w:firstLine="624"/>
      </w:pPr>
    </w:p>
    <w:p w14:paraId="01DCB1ED" w14:textId="12E93CE8" w:rsidR="00B50947" w:rsidRDefault="006E51C7" w:rsidP="006E51C7">
      <w:pPr>
        <w:spacing w:after="100"/>
      </w:pPr>
      <w:r>
        <w:t>Saya y</w:t>
      </w:r>
      <w:r w:rsidR="00000000">
        <w:t xml:space="preserve">ang </w:t>
      </w:r>
      <w:proofErr w:type="spellStart"/>
      <w:r w:rsidR="00000000">
        <w:t>bertanda</w:t>
      </w:r>
      <w:proofErr w:type="spellEnd"/>
      <w:r w:rsidR="00000000">
        <w:t xml:space="preserve"> tangan di bawah ini:</w:t>
      </w:r>
    </w:p>
    <w:p w14:paraId="0AA27F7B" w14:textId="77777777" w:rsidR="00B50947" w:rsidRDefault="00000000">
      <w:pPr>
        <w:tabs>
          <w:tab w:val="left" w:pos="2381"/>
          <w:tab w:val="left" w:pos="2665"/>
        </w:tabs>
        <w:spacing w:after="20"/>
        <w:ind w:left="113"/>
      </w:pPr>
      <w:r>
        <w:t>Nama</w:t>
      </w:r>
      <w:r>
        <w:tab/>
        <w:t>:</w:t>
      </w:r>
      <w:r>
        <w:tab/>
        <w:t>........................................................................................................</w:t>
      </w:r>
    </w:p>
    <w:p w14:paraId="170155E0" w14:textId="77777777" w:rsidR="00B50947" w:rsidRDefault="00000000">
      <w:pPr>
        <w:tabs>
          <w:tab w:val="left" w:pos="2381"/>
          <w:tab w:val="left" w:pos="2665"/>
        </w:tabs>
        <w:spacing w:after="20"/>
        <w:ind w:left="113"/>
      </w:pPr>
      <w:r>
        <w:t>NIP/NIK</w:t>
      </w:r>
      <w:r>
        <w:tab/>
        <w:t>:</w:t>
      </w:r>
      <w:r>
        <w:tab/>
        <w:t>........................................................................................................</w:t>
      </w:r>
    </w:p>
    <w:p w14:paraId="294821B9" w14:textId="77777777" w:rsidR="00B50947" w:rsidRDefault="00000000">
      <w:pPr>
        <w:tabs>
          <w:tab w:val="left" w:pos="2381"/>
          <w:tab w:val="left" w:pos="2665"/>
        </w:tabs>
        <w:spacing w:after="20"/>
        <w:ind w:left="113"/>
      </w:pPr>
      <w:r>
        <w:t>Jabatan</w:t>
      </w:r>
      <w:r>
        <w:tab/>
        <w:t>:</w:t>
      </w:r>
      <w:r>
        <w:tab/>
        <w:t>Kepala Sekolah</w:t>
      </w:r>
    </w:p>
    <w:p w14:paraId="4F427901" w14:textId="77777777" w:rsidR="00B50947" w:rsidRDefault="00000000">
      <w:pPr>
        <w:tabs>
          <w:tab w:val="left" w:pos="2381"/>
          <w:tab w:val="left" w:pos="2665"/>
        </w:tabs>
        <w:spacing w:after="20"/>
        <w:ind w:left="113"/>
      </w:pPr>
      <w:r>
        <w:t>Nama Sekolah</w:t>
      </w:r>
      <w:r>
        <w:tab/>
        <w:t>:</w:t>
      </w:r>
      <w:r>
        <w:tab/>
        <w:t>........................................................................................................</w:t>
      </w:r>
    </w:p>
    <w:p w14:paraId="442905CD" w14:textId="77777777" w:rsidR="00B50947" w:rsidRDefault="00000000">
      <w:pPr>
        <w:tabs>
          <w:tab w:val="left" w:pos="2381"/>
          <w:tab w:val="left" w:pos="2665"/>
        </w:tabs>
        <w:spacing w:after="20"/>
        <w:ind w:left="113"/>
      </w:pPr>
      <w:r>
        <w:t>Alamat</w:t>
      </w:r>
      <w:r>
        <w:tab/>
        <w:t>:</w:t>
      </w:r>
      <w:r>
        <w:tab/>
        <w:t>........................................................................................................</w:t>
      </w:r>
    </w:p>
    <w:p w14:paraId="74D050F4" w14:textId="5735448E" w:rsidR="00B50947" w:rsidRDefault="00000000" w:rsidP="006E51C7">
      <w:pPr>
        <w:spacing w:before="100" w:after="140" w:line="264" w:lineRule="auto"/>
        <w:ind w:firstLine="624"/>
        <w:jc w:val="both"/>
      </w:pPr>
      <w:r>
        <w:t xml:space="preserve">Dengan ini menugaskan dan menunjuk peserta didik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sekol</w:t>
      </w:r>
      <w:r w:rsidR="006E51C7">
        <w:t>ah</w:t>
      </w:r>
      <w:proofErr w:type="spellEnd"/>
      <w:r w:rsidR="006E51C7"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r>
        <w:rPr>
          <w:b/>
        </w:rPr>
        <w:t>SPARK-G Festival Tahun 2026</w:t>
      </w:r>
      <w:r>
        <w:t xml:space="preserve"> yang diselenggarakan oleh Balai Besar POM di Medan: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2"/>
        <w:gridCol w:w="3114"/>
        <w:gridCol w:w="2690"/>
        <w:gridCol w:w="2826"/>
      </w:tblGrid>
      <w:tr w:rsidR="00B50947" w14:paraId="034B5816" w14:textId="77777777" w:rsidTr="006E51C7">
        <w:trPr>
          <w:jc w:val="center"/>
        </w:trPr>
        <w:tc>
          <w:tcPr>
            <w:tcW w:w="993" w:type="dxa"/>
            <w:shd w:val="clear" w:color="auto" w:fill="E7EEF8"/>
            <w:vAlign w:val="center"/>
          </w:tcPr>
          <w:p w14:paraId="76BE856B" w14:textId="77777777" w:rsidR="00B50947" w:rsidRDefault="00000000">
            <w:pPr>
              <w:jc w:val="center"/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3118" w:type="dxa"/>
            <w:shd w:val="clear" w:color="auto" w:fill="E7EEF8"/>
            <w:vAlign w:val="center"/>
          </w:tcPr>
          <w:p w14:paraId="06113F8D" w14:textId="77777777" w:rsidR="00B50947" w:rsidRDefault="00000000">
            <w:pPr>
              <w:jc w:val="center"/>
            </w:pPr>
            <w:r>
              <w:rPr>
                <w:b/>
                <w:sz w:val="20"/>
              </w:rPr>
              <w:t>Nama Peserta Didik</w:t>
            </w:r>
          </w:p>
        </w:tc>
        <w:tc>
          <w:tcPr>
            <w:tcW w:w="2693" w:type="dxa"/>
            <w:shd w:val="clear" w:color="auto" w:fill="E7EEF8"/>
            <w:vAlign w:val="center"/>
          </w:tcPr>
          <w:p w14:paraId="5EBFCA6E" w14:textId="77777777" w:rsidR="00B50947" w:rsidRDefault="00000000">
            <w:pPr>
              <w:jc w:val="center"/>
            </w:pPr>
            <w:r>
              <w:rPr>
                <w:b/>
                <w:sz w:val="20"/>
              </w:rPr>
              <w:t>Kelas</w:t>
            </w:r>
          </w:p>
        </w:tc>
        <w:tc>
          <w:tcPr>
            <w:tcW w:w="2828" w:type="dxa"/>
            <w:shd w:val="clear" w:color="auto" w:fill="E7EEF8"/>
            <w:vAlign w:val="center"/>
          </w:tcPr>
          <w:p w14:paraId="7EC5BF5D" w14:textId="77777777" w:rsidR="00B50947" w:rsidRDefault="00000000">
            <w:pPr>
              <w:jc w:val="center"/>
            </w:pPr>
            <w:r>
              <w:rPr>
                <w:b/>
                <w:sz w:val="20"/>
              </w:rPr>
              <w:t>Kategori/Lomba</w:t>
            </w:r>
          </w:p>
        </w:tc>
      </w:tr>
      <w:tr w:rsidR="00B50947" w14:paraId="4E81988F" w14:textId="77777777" w:rsidTr="006E51C7">
        <w:trPr>
          <w:trHeight w:val="442"/>
          <w:jc w:val="center"/>
        </w:trPr>
        <w:tc>
          <w:tcPr>
            <w:tcW w:w="993" w:type="dxa"/>
            <w:vAlign w:val="center"/>
          </w:tcPr>
          <w:p w14:paraId="7C7EFCDC" w14:textId="77777777" w:rsidR="00B50947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3118" w:type="dxa"/>
            <w:vAlign w:val="center"/>
          </w:tcPr>
          <w:p w14:paraId="2EB77EF5" w14:textId="77777777" w:rsidR="00B50947" w:rsidRDefault="00B50947"/>
        </w:tc>
        <w:tc>
          <w:tcPr>
            <w:tcW w:w="2693" w:type="dxa"/>
            <w:vAlign w:val="center"/>
          </w:tcPr>
          <w:p w14:paraId="508E514C" w14:textId="77777777" w:rsidR="00B50947" w:rsidRDefault="00B50947">
            <w:pPr>
              <w:jc w:val="center"/>
            </w:pPr>
          </w:p>
        </w:tc>
        <w:tc>
          <w:tcPr>
            <w:tcW w:w="2828" w:type="dxa"/>
            <w:vAlign w:val="center"/>
          </w:tcPr>
          <w:p w14:paraId="7ED1B7B5" w14:textId="77777777" w:rsidR="00B50947" w:rsidRDefault="00B50947"/>
        </w:tc>
      </w:tr>
      <w:tr w:rsidR="00B50947" w14:paraId="3A82D02F" w14:textId="77777777" w:rsidTr="006E51C7">
        <w:trPr>
          <w:trHeight w:val="442"/>
          <w:jc w:val="center"/>
        </w:trPr>
        <w:tc>
          <w:tcPr>
            <w:tcW w:w="993" w:type="dxa"/>
            <w:vAlign w:val="center"/>
          </w:tcPr>
          <w:p w14:paraId="5CC67EE3" w14:textId="77777777" w:rsidR="00B50947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45FEBB9B" w14:textId="77777777" w:rsidR="00B50947" w:rsidRDefault="00B50947"/>
        </w:tc>
        <w:tc>
          <w:tcPr>
            <w:tcW w:w="2693" w:type="dxa"/>
            <w:vAlign w:val="center"/>
          </w:tcPr>
          <w:p w14:paraId="58700DC9" w14:textId="77777777" w:rsidR="00B50947" w:rsidRDefault="00B50947">
            <w:pPr>
              <w:jc w:val="center"/>
            </w:pPr>
          </w:p>
        </w:tc>
        <w:tc>
          <w:tcPr>
            <w:tcW w:w="2828" w:type="dxa"/>
            <w:vAlign w:val="center"/>
          </w:tcPr>
          <w:p w14:paraId="5DCDC81C" w14:textId="77777777" w:rsidR="00B50947" w:rsidRDefault="00B50947"/>
        </w:tc>
      </w:tr>
      <w:tr w:rsidR="00B50947" w14:paraId="77CB14AD" w14:textId="77777777" w:rsidTr="006E51C7">
        <w:trPr>
          <w:trHeight w:val="442"/>
          <w:jc w:val="center"/>
        </w:trPr>
        <w:tc>
          <w:tcPr>
            <w:tcW w:w="993" w:type="dxa"/>
            <w:vAlign w:val="center"/>
          </w:tcPr>
          <w:p w14:paraId="47797823" w14:textId="77777777" w:rsidR="00B50947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3118" w:type="dxa"/>
            <w:vAlign w:val="center"/>
          </w:tcPr>
          <w:p w14:paraId="1A02A11F" w14:textId="77777777" w:rsidR="00B50947" w:rsidRDefault="00B50947"/>
        </w:tc>
        <w:tc>
          <w:tcPr>
            <w:tcW w:w="2693" w:type="dxa"/>
            <w:vAlign w:val="center"/>
          </w:tcPr>
          <w:p w14:paraId="71EBE3E5" w14:textId="77777777" w:rsidR="00B50947" w:rsidRDefault="00B50947">
            <w:pPr>
              <w:jc w:val="center"/>
            </w:pPr>
          </w:p>
        </w:tc>
        <w:tc>
          <w:tcPr>
            <w:tcW w:w="2828" w:type="dxa"/>
            <w:vAlign w:val="center"/>
          </w:tcPr>
          <w:p w14:paraId="0192CCE5" w14:textId="77777777" w:rsidR="00B50947" w:rsidRDefault="00B50947"/>
        </w:tc>
      </w:tr>
      <w:tr w:rsidR="00B50947" w14:paraId="4B9F3582" w14:textId="77777777" w:rsidTr="006E51C7">
        <w:trPr>
          <w:trHeight w:val="442"/>
          <w:jc w:val="center"/>
        </w:trPr>
        <w:tc>
          <w:tcPr>
            <w:tcW w:w="993" w:type="dxa"/>
            <w:vAlign w:val="center"/>
          </w:tcPr>
          <w:p w14:paraId="44E5267C" w14:textId="77777777" w:rsidR="00B50947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3118" w:type="dxa"/>
            <w:vAlign w:val="center"/>
          </w:tcPr>
          <w:p w14:paraId="26024F2C" w14:textId="77777777" w:rsidR="00B50947" w:rsidRDefault="00B50947"/>
        </w:tc>
        <w:tc>
          <w:tcPr>
            <w:tcW w:w="2693" w:type="dxa"/>
            <w:vAlign w:val="center"/>
          </w:tcPr>
          <w:p w14:paraId="41A40295" w14:textId="77777777" w:rsidR="00B50947" w:rsidRDefault="00B50947">
            <w:pPr>
              <w:jc w:val="center"/>
            </w:pPr>
          </w:p>
        </w:tc>
        <w:tc>
          <w:tcPr>
            <w:tcW w:w="2828" w:type="dxa"/>
            <w:vAlign w:val="center"/>
          </w:tcPr>
          <w:p w14:paraId="4C03DF6D" w14:textId="77777777" w:rsidR="00B50947" w:rsidRDefault="00B50947"/>
        </w:tc>
      </w:tr>
    </w:tbl>
    <w:p w14:paraId="35D49F0F" w14:textId="77777777" w:rsidR="00B50947" w:rsidRDefault="00000000" w:rsidP="006E51C7">
      <w:pPr>
        <w:spacing w:before="140" w:after="100" w:line="264" w:lineRule="auto"/>
        <w:ind w:firstLine="624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utusan resmi sekolah dan diberikan izin untuk mengikuti seluruh rangkaian lomba sesuai ketentuan panitia. Sekolah mendukung peserta untuk mematuhi tata tertib, jadwal, serta ketentuan teknis yang ditetapkan dalam pelaksanaan SPARK-G Festival Tahun 2026.</w:t>
      </w:r>
    </w:p>
    <w:p w14:paraId="38E6CC54" w14:textId="77777777" w:rsidR="00B50947" w:rsidRDefault="00000000" w:rsidP="006E51C7">
      <w:pPr>
        <w:spacing w:after="160" w:line="264" w:lineRule="auto"/>
        <w:ind w:firstLine="624"/>
        <w:jc w:val="both"/>
      </w:pPr>
      <w:r>
        <w:t xml:space="preserve">Demikian surat penunjukan ini dibuat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14:paraId="409FBBF3" w14:textId="77777777" w:rsidR="006E51C7" w:rsidRDefault="006E51C7">
      <w:pPr>
        <w:spacing w:after="160" w:line="264" w:lineRule="auto"/>
        <w:ind w:firstLine="624"/>
      </w:pPr>
    </w:p>
    <w:p w14:paraId="3EA14D05" w14:textId="77777777" w:rsidR="006E51C7" w:rsidRDefault="006E51C7">
      <w:pPr>
        <w:spacing w:after="160" w:line="264" w:lineRule="auto"/>
        <w:ind w:firstLine="624"/>
      </w:pPr>
    </w:p>
    <w:p w14:paraId="0939901B" w14:textId="77777777" w:rsidR="00B50947" w:rsidRDefault="00000000">
      <w:pPr>
        <w:spacing w:after="0"/>
        <w:ind w:left="5272"/>
        <w:jc w:val="center"/>
      </w:pPr>
      <w:r>
        <w:t>...................., .... ................ 2026</w:t>
      </w:r>
      <w:r>
        <w:br/>
        <w:t>Kepala Sekolah,</w:t>
      </w:r>
      <w:r>
        <w:br/>
      </w:r>
      <w:r>
        <w:br/>
      </w:r>
      <w:r>
        <w:br/>
        <w:t>(................................................)</w:t>
      </w:r>
      <w:r>
        <w:br/>
        <w:t>NIP/NIK. .......................................</w:t>
      </w:r>
    </w:p>
    <w:p w14:paraId="005A0A45" w14:textId="4D14907B" w:rsidR="00B50947" w:rsidRDefault="00B50947">
      <w:pPr>
        <w:spacing w:before="120" w:after="0"/>
      </w:pPr>
    </w:p>
    <w:sectPr w:rsidR="00B50947" w:rsidSect="00034616">
      <w:pgSz w:w="12240" w:h="15840"/>
      <w:pgMar w:top="907" w:right="1247" w:bottom="90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1343433">
    <w:abstractNumId w:val="8"/>
  </w:num>
  <w:num w:numId="2" w16cid:durableId="856189373">
    <w:abstractNumId w:val="6"/>
  </w:num>
  <w:num w:numId="3" w16cid:durableId="1171139005">
    <w:abstractNumId w:val="5"/>
  </w:num>
  <w:num w:numId="4" w16cid:durableId="396637495">
    <w:abstractNumId w:val="4"/>
  </w:num>
  <w:num w:numId="5" w16cid:durableId="780102143">
    <w:abstractNumId w:val="7"/>
  </w:num>
  <w:num w:numId="6" w16cid:durableId="806821706">
    <w:abstractNumId w:val="3"/>
  </w:num>
  <w:num w:numId="7" w16cid:durableId="1155150188">
    <w:abstractNumId w:val="2"/>
  </w:num>
  <w:num w:numId="8" w16cid:durableId="1805081818">
    <w:abstractNumId w:val="1"/>
  </w:num>
  <w:num w:numId="9" w16cid:durableId="59101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726"/>
    <w:rsid w:val="0015074B"/>
    <w:rsid w:val="0029639D"/>
    <w:rsid w:val="00326F90"/>
    <w:rsid w:val="006E51C7"/>
    <w:rsid w:val="00816CC2"/>
    <w:rsid w:val="00AA1D8D"/>
    <w:rsid w:val="00B47730"/>
    <w:rsid w:val="00B5094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F256E0"/>
  <w14:defaultImageDpi w14:val="300"/>
  <w15:docId w15:val="{AC403240-FA52-46AD-AF79-C9386082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pf455gzk@outlook.com</cp:lastModifiedBy>
  <cp:revision>2</cp:revision>
  <dcterms:created xsi:type="dcterms:W3CDTF">2026-09-27T03:42:00Z</dcterms:created>
  <dcterms:modified xsi:type="dcterms:W3CDTF">2026-09-27T03:42:00Z</dcterms:modified>
  <cp:category/>
</cp:coreProperties>
</file>